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0667A" w14:textId="64266D60" w:rsidR="007D2DA1" w:rsidRPr="008C0EEA" w:rsidRDefault="008C0EEA" w:rsidP="000B530D">
      <w:pPr>
        <w:pStyle w:val="berschrift1"/>
        <w:spacing w:before="0"/>
        <w:ind w:hanging="142"/>
        <w:rPr>
          <w:rFonts w:ascii="Frutiger LT Std 45 Light" w:hAnsi="Frutiger LT Std 45 Light"/>
          <w:color w:val="92D050"/>
          <w:u w:val="single"/>
        </w:rPr>
      </w:pPr>
      <w:proofErr w:type="spellStart"/>
      <w:r w:rsidRPr="008C0EEA">
        <w:rPr>
          <w:rFonts w:ascii="Frutiger LT Std 45 Light" w:hAnsi="Frutiger LT Std 45 Light"/>
          <w:color w:val="92D050"/>
          <w:u w:val="single"/>
        </w:rPr>
        <w:t>Angaben</w:t>
      </w:r>
      <w:proofErr w:type="spellEnd"/>
      <w:r w:rsidRPr="008C0EEA">
        <w:rPr>
          <w:rFonts w:ascii="Frutiger LT Std 45 Light" w:hAnsi="Frutiger LT Std 45 Light"/>
          <w:color w:val="92D050"/>
          <w:u w:val="single"/>
        </w:rPr>
        <w:t xml:space="preserve"> </w:t>
      </w:r>
      <w:proofErr w:type="spellStart"/>
      <w:r w:rsidRPr="008C0EEA">
        <w:rPr>
          <w:rFonts w:ascii="Frutiger LT Std 45 Light" w:hAnsi="Frutiger LT Std 45 Light"/>
          <w:color w:val="92D050"/>
          <w:u w:val="single"/>
        </w:rPr>
        <w:t>zum</w:t>
      </w:r>
      <w:proofErr w:type="spellEnd"/>
      <w:r w:rsidR="00AC1F7D" w:rsidRPr="008C0EEA">
        <w:rPr>
          <w:rFonts w:ascii="Frutiger LT Std 45 Light" w:hAnsi="Frutiger LT Std 45 Light"/>
          <w:color w:val="92D050"/>
          <w:u w:val="single"/>
        </w:rPr>
        <w:t xml:space="preserve"> </w:t>
      </w:r>
      <w:proofErr w:type="spellStart"/>
      <w:r w:rsidR="00AC1F7D" w:rsidRPr="008C0EEA">
        <w:rPr>
          <w:rFonts w:ascii="Frutiger LT Std 45 Light" w:hAnsi="Frutiger LT Std 45 Light"/>
          <w:color w:val="92D050"/>
          <w:u w:val="single"/>
        </w:rPr>
        <w:t>elektronischen</w:t>
      </w:r>
      <w:proofErr w:type="spellEnd"/>
      <w:r w:rsidR="00AC1F7D" w:rsidRPr="008C0EEA">
        <w:rPr>
          <w:rFonts w:ascii="Frutiger LT Std 45 Light" w:hAnsi="Frutiger LT Std 45 Light"/>
          <w:color w:val="92D050"/>
          <w:u w:val="single"/>
        </w:rPr>
        <w:t xml:space="preserve"> </w:t>
      </w:r>
      <w:proofErr w:type="spellStart"/>
      <w:r w:rsidR="00AC1F7D" w:rsidRPr="008C0EEA">
        <w:rPr>
          <w:rFonts w:ascii="Frutiger LT Std 45 Light" w:hAnsi="Frutiger LT Std 45 Light"/>
          <w:color w:val="92D050"/>
          <w:u w:val="single"/>
        </w:rPr>
        <w:t>Aufzeichnungssystem</w:t>
      </w:r>
      <w:proofErr w:type="spellEnd"/>
      <w:r w:rsidR="00AC1F7D" w:rsidRPr="008C0EEA">
        <w:rPr>
          <w:rFonts w:ascii="Frutiger LT Std 45 Light" w:hAnsi="Frutiger LT Std 45 Light"/>
          <w:color w:val="92D050"/>
          <w:u w:val="single"/>
        </w:rPr>
        <w:t xml:space="preserve"> (</w:t>
      </w:r>
      <w:proofErr w:type="spellStart"/>
      <w:r w:rsidR="00AC1F7D" w:rsidRPr="008C0EEA">
        <w:rPr>
          <w:rFonts w:ascii="Frutiger LT Std 45 Light" w:hAnsi="Frutiger LT Std 45 Light"/>
          <w:color w:val="92D050"/>
          <w:u w:val="single"/>
        </w:rPr>
        <w:t>eAs</w:t>
      </w:r>
      <w:proofErr w:type="spellEnd"/>
      <w:r w:rsidR="00AC1F7D" w:rsidRPr="008C0EEA">
        <w:rPr>
          <w:rFonts w:ascii="Frutiger LT Std 45 Light" w:hAnsi="Frutiger LT Std 45 Light"/>
          <w:color w:val="92D050"/>
          <w:u w:val="single"/>
        </w:rPr>
        <w:t>)</w:t>
      </w:r>
    </w:p>
    <w:p w14:paraId="2E283328" w14:textId="60A45E7B" w:rsidR="007D2DA1" w:rsidRPr="008C0EEA" w:rsidRDefault="007D2DA1" w:rsidP="008C0EEA">
      <w:pPr>
        <w:spacing w:line="360" w:lineRule="auto"/>
        <w:rPr>
          <w:rFonts w:ascii="Frutiger LT Std 45 Light" w:hAnsi="Frutiger LT Std 45 Light"/>
        </w:rPr>
      </w:pP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7D2DA1" w:rsidRPr="000B530D" w14:paraId="444DBC83" w14:textId="77777777" w:rsidTr="000B530D">
        <w:tc>
          <w:tcPr>
            <w:tcW w:w="4253" w:type="dxa"/>
            <w:vAlign w:val="bottom"/>
          </w:tcPr>
          <w:p w14:paraId="573F6164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r w:rsidRPr="000B530D">
              <w:rPr>
                <w:rFonts w:ascii="Frutiger LT Std 45 Light" w:hAnsi="Frutiger LT Std 45 Light"/>
                <w:b/>
              </w:rPr>
              <w:t xml:space="preserve">Art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>:</w:t>
            </w:r>
          </w:p>
        </w:tc>
        <w:tc>
          <w:tcPr>
            <w:tcW w:w="4961" w:type="dxa"/>
          </w:tcPr>
          <w:p w14:paraId="35882DB1" w14:textId="7F36A028" w:rsidR="007D2DA1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  <w:sdt>
              <w:sdtPr>
                <w:rPr>
                  <w:rFonts w:ascii="Frutiger LT Std 45 Light" w:hAnsi="Frutiger LT Std 45 Light"/>
                </w:rPr>
                <w:alias w:val="Art des eAs"/>
                <w:tag w:val="Art des eAs"/>
                <w:id w:val="422926178"/>
                <w:placeholder>
                  <w:docPart w:val="41B9AE67A7674ED4980F8D0F49148DD9"/>
                </w:placeholder>
                <w:showingPlcHdr/>
                <w:dropDownList>
                  <w:listItem w:value="Wählen Sie ein Element aus."/>
                  <w:listItem w:displayText="PC-Kassensysteme" w:value="PC-Kassensysteme"/>
                  <w:listItem w:displayText="Tablet-/App-Kassensysteme" w:value="Tablet-/App-Kassensysteme"/>
                  <w:listItem w:displayText="Elektronische Registrierkasse" w:value="Elektronische Registrierkasse"/>
                  <w:listItem w:displayText="Wegstreckenzähler" w:value="Wegstreckenzähler"/>
                  <w:listItem w:displayText="Taxameter" w:value="Taxameter"/>
                </w:dropDownList>
              </w:sdtPr>
              <w:sdtContent>
                <w:r w:rsidRPr="000B530D">
                  <w:rPr>
                    <w:rStyle w:val="Platzhaltertext"/>
                    <w:rFonts w:ascii="Frutiger LT Std 45 Light" w:hAnsi="Frutiger LT Std 45 Light"/>
                  </w:rPr>
                  <w:t>Wählen Sie ein Element aus.</w:t>
                </w:r>
              </w:sdtContent>
            </w:sdt>
          </w:p>
        </w:tc>
      </w:tr>
      <w:tr w:rsidR="008C0EEA" w:rsidRPr="000B530D" w14:paraId="16CB2BA1" w14:textId="77777777" w:rsidTr="000B530D">
        <w:tc>
          <w:tcPr>
            <w:tcW w:w="4253" w:type="dxa"/>
            <w:vAlign w:val="bottom"/>
          </w:tcPr>
          <w:p w14:paraId="7EB0DDEC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</w:tcPr>
          <w:p w14:paraId="29226C10" w14:textId="77777777" w:rsidR="000B530D" w:rsidRPr="000B530D" w:rsidRDefault="000B530D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  <w:r w:rsidRPr="000B530D">
              <w:rPr>
                <w:rFonts w:ascii="Frutiger LT Std 45 Light" w:hAnsi="Frutiger LT Std 45 Light"/>
                <w:sz w:val="16"/>
                <w:szCs w:val="16"/>
              </w:rPr>
              <w:t>Unter "Computergestützte/PC-Kassensysteme" fallen u.a. auch Faktura-Programme mit Kassenfunktion</w:t>
            </w:r>
          </w:p>
          <w:p w14:paraId="289866AC" w14:textId="77777777" w:rsidR="000B530D" w:rsidRPr="000B530D" w:rsidRDefault="000B530D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  <w:r w:rsidRPr="000B530D">
              <w:rPr>
                <w:rFonts w:ascii="Frutiger LT Std 45 Light" w:hAnsi="Frutiger LT Std 45 Light"/>
                <w:sz w:val="16"/>
                <w:szCs w:val="16"/>
              </w:rPr>
              <w:t>Bestehen Zweifel an der zutreffenden Auswahl der Kassen (-systeme) kann zur Vereinfachung die Auswahl "Computergestützte/PC-Kassensysteme" gewählt werden. In einer zukünftigen Version wird für Kassen (-systeme) nur noch die Auswahlmöglichkeit "Elektronische Aufzeichnungssysteme mit Kassenfunktion" zur Verfügung stehen.</w:t>
            </w:r>
          </w:p>
          <w:p w14:paraId="623E9AF2" w14:textId="77777777" w:rsidR="008C0EEA" w:rsidRPr="000B530D" w:rsidRDefault="008C0EEA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</w:p>
        </w:tc>
      </w:tr>
      <w:tr w:rsidR="000B530D" w:rsidRPr="000B530D" w14:paraId="0917F843" w14:textId="77777777" w:rsidTr="000B530D">
        <w:tc>
          <w:tcPr>
            <w:tcW w:w="4253" w:type="dxa"/>
            <w:vAlign w:val="bottom"/>
          </w:tcPr>
          <w:p w14:paraId="3C969001" w14:textId="77777777" w:rsidR="000B530D" w:rsidRPr="000B530D" w:rsidRDefault="000B530D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</w:tcPr>
          <w:p w14:paraId="771F5BF7" w14:textId="77777777" w:rsidR="000B530D" w:rsidRPr="000B530D" w:rsidRDefault="000B530D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</w:p>
        </w:tc>
      </w:tr>
      <w:tr w:rsidR="007D2DA1" w:rsidRPr="000B530D" w14:paraId="416C1294" w14:textId="77777777" w:rsidTr="000B530D">
        <w:tc>
          <w:tcPr>
            <w:tcW w:w="4253" w:type="dxa"/>
            <w:vAlign w:val="bottom"/>
          </w:tcPr>
          <w:p w14:paraId="7545C5ED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r w:rsidRPr="000B530D">
              <w:rPr>
                <w:rFonts w:ascii="Frutiger LT Std 45 Light" w:hAnsi="Frutiger LT Std 45 Light"/>
                <w:b/>
              </w:rPr>
              <w:t xml:space="preserve">Software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>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sdt>
            <w:sdtPr>
              <w:rPr>
                <w:rFonts w:ascii="Frutiger LT Std 45 Light" w:hAnsi="Frutiger LT Std 45 Light"/>
              </w:rPr>
              <w:id w:val="1935398788"/>
              <w:placeholder>
                <w:docPart w:val="A584328B2A2C4429AE3D8A650689BEE9"/>
              </w:placeholder>
              <w:showingPlcHdr/>
            </w:sdtPr>
            <w:sdtContent>
              <w:p w14:paraId="10C71B39" w14:textId="095E6F96" w:rsidR="007D2DA1" w:rsidRPr="000B530D" w:rsidRDefault="000B530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 hier, um Text einzugeben.</w:t>
                </w:r>
              </w:p>
            </w:sdtContent>
          </w:sdt>
        </w:tc>
      </w:tr>
      <w:tr w:rsidR="008C0EEA" w:rsidRPr="000B530D" w14:paraId="01B27FE1" w14:textId="77777777" w:rsidTr="000B530D">
        <w:tc>
          <w:tcPr>
            <w:tcW w:w="4253" w:type="dxa"/>
            <w:vAlign w:val="bottom"/>
          </w:tcPr>
          <w:p w14:paraId="3F6ADDCD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01CBC789" w14:textId="77777777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06C9C41F" w14:textId="77777777" w:rsidTr="000B530D">
        <w:tc>
          <w:tcPr>
            <w:tcW w:w="4253" w:type="dxa"/>
            <w:vAlign w:val="bottom"/>
          </w:tcPr>
          <w:p w14:paraId="6A118C6F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r w:rsidRPr="000B530D">
              <w:rPr>
                <w:rFonts w:ascii="Frutiger LT Std 45 Light" w:hAnsi="Frutiger LT Std 45 Light"/>
                <w:b/>
              </w:rPr>
              <w:t xml:space="preserve">Software-Version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>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sdt>
            <w:sdtPr>
              <w:rPr>
                <w:rFonts w:ascii="Frutiger LT Std 45 Light" w:hAnsi="Frutiger LT Std 45 Light"/>
              </w:rPr>
              <w:id w:val="232138479"/>
              <w:placeholder>
                <w:docPart w:val="5974487E8E6B4ED993F86E765F0B56C6"/>
              </w:placeholder>
              <w:showingPlcHdr/>
            </w:sdtPr>
            <w:sdtContent>
              <w:p w14:paraId="3E4561E8" w14:textId="00BE86D2" w:rsidR="007D2DA1" w:rsidRPr="000B530D" w:rsidRDefault="000B530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 hier, um Text einzugeben.</w:t>
                </w:r>
              </w:p>
            </w:sdtContent>
          </w:sdt>
        </w:tc>
      </w:tr>
      <w:tr w:rsidR="008C0EEA" w:rsidRPr="000B530D" w14:paraId="12CB7D4C" w14:textId="77777777" w:rsidTr="000B530D">
        <w:tc>
          <w:tcPr>
            <w:tcW w:w="4253" w:type="dxa"/>
            <w:vAlign w:val="bottom"/>
          </w:tcPr>
          <w:p w14:paraId="71F197D3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5C5A646C" w14:textId="77777777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45578CF5" w14:textId="77777777" w:rsidTr="000B530D">
        <w:tc>
          <w:tcPr>
            <w:tcW w:w="4253" w:type="dxa"/>
            <w:vAlign w:val="bottom"/>
          </w:tcPr>
          <w:p w14:paraId="05758DA4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proofErr w:type="spellStart"/>
            <w:r w:rsidRPr="000B530D">
              <w:rPr>
                <w:rFonts w:ascii="Frutiger LT Std 45 Light" w:hAnsi="Frutiger LT Std 45 Light"/>
                <w:b/>
              </w:rPr>
              <w:t>Seriennummer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/ Software-App: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sdt>
            <w:sdtPr>
              <w:rPr>
                <w:rFonts w:ascii="Frutiger LT Std 45 Light" w:hAnsi="Frutiger LT Std 45 Light"/>
              </w:rPr>
              <w:id w:val="1351451124"/>
              <w:placeholder>
                <w:docPart w:val="1D6C761D98F843558F9D7CA2C2DE0CA5"/>
              </w:placeholder>
              <w:showingPlcHdr/>
            </w:sdtPr>
            <w:sdtContent>
              <w:p w14:paraId="09C77EC9" w14:textId="7D142E5C" w:rsidR="007D2DA1" w:rsidRPr="000B530D" w:rsidRDefault="000B530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 hier, um Text einzugeben.</w:t>
                </w:r>
              </w:p>
            </w:sdtContent>
          </w:sdt>
        </w:tc>
      </w:tr>
      <w:tr w:rsidR="008C0EEA" w:rsidRPr="000B530D" w14:paraId="4DA9755D" w14:textId="77777777" w:rsidTr="000B530D">
        <w:tc>
          <w:tcPr>
            <w:tcW w:w="4253" w:type="dxa"/>
            <w:vAlign w:val="bottom"/>
          </w:tcPr>
          <w:p w14:paraId="39B49C29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60D7B0E0" w14:textId="77777777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48CB2EDB" w14:textId="77777777" w:rsidTr="000B530D">
        <w:tc>
          <w:tcPr>
            <w:tcW w:w="4253" w:type="dxa"/>
            <w:vAlign w:val="bottom"/>
          </w:tcPr>
          <w:p w14:paraId="4AC765B9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proofErr w:type="spellStart"/>
            <w:r w:rsidRPr="000B530D">
              <w:rPr>
                <w:rFonts w:ascii="Frutiger LT Std 45 Light" w:hAnsi="Frutiger LT Std 45 Light"/>
                <w:b/>
              </w:rPr>
              <w:t>Hersteller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>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sdt>
            <w:sdtPr>
              <w:rPr>
                <w:rFonts w:ascii="Frutiger LT Std 45 Light" w:hAnsi="Frutiger LT Std 45 Light"/>
              </w:rPr>
              <w:id w:val="344372711"/>
              <w:placeholder>
                <w:docPart w:val="99CBEBF772AE463C8E7278322F7E56E1"/>
              </w:placeholder>
              <w:showingPlcHdr/>
            </w:sdtPr>
            <w:sdtContent>
              <w:p w14:paraId="5E96586D" w14:textId="4F59CDE7" w:rsidR="007D2DA1" w:rsidRPr="000B530D" w:rsidRDefault="000B530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 hier, um Text einzugeben.</w:t>
                </w:r>
              </w:p>
            </w:sdtContent>
          </w:sdt>
        </w:tc>
      </w:tr>
      <w:tr w:rsidR="008C0EEA" w:rsidRPr="000B530D" w14:paraId="2879D534" w14:textId="77777777" w:rsidTr="000B530D">
        <w:tc>
          <w:tcPr>
            <w:tcW w:w="4253" w:type="dxa"/>
            <w:vAlign w:val="bottom"/>
          </w:tcPr>
          <w:p w14:paraId="6B1D5296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5EF6431F" w14:textId="77777777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00C784DE" w14:textId="77777777" w:rsidTr="000B530D">
        <w:tc>
          <w:tcPr>
            <w:tcW w:w="4253" w:type="dxa"/>
            <w:vAlign w:val="bottom"/>
          </w:tcPr>
          <w:p w14:paraId="35D1588F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r w:rsidRPr="000B530D">
              <w:rPr>
                <w:rFonts w:ascii="Frutiger LT Std 45 Light" w:hAnsi="Frutiger LT Std 45 Light"/>
                <w:b/>
              </w:rPr>
              <w:t xml:space="preserve">Modell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>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sdt>
            <w:sdtPr>
              <w:rPr>
                <w:rFonts w:ascii="Frutiger LT Std 45 Light" w:hAnsi="Frutiger LT Std 45 Light"/>
              </w:rPr>
              <w:id w:val="-2038880956"/>
              <w:placeholder>
                <w:docPart w:val="6A86E9B4DF22431384901123F921E123"/>
              </w:placeholder>
              <w:showingPlcHdr/>
            </w:sdtPr>
            <w:sdtContent>
              <w:p w14:paraId="3B3F26FD" w14:textId="68D97B0C" w:rsidR="007D2DA1" w:rsidRPr="000B530D" w:rsidRDefault="000B530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 hier, um Text einzugeben.</w:t>
                </w:r>
              </w:p>
            </w:sdtContent>
          </w:sdt>
        </w:tc>
      </w:tr>
      <w:tr w:rsidR="008C0EEA" w:rsidRPr="000B530D" w14:paraId="0A432034" w14:textId="77777777" w:rsidTr="000B530D">
        <w:tc>
          <w:tcPr>
            <w:tcW w:w="4253" w:type="dxa"/>
            <w:vAlign w:val="bottom"/>
          </w:tcPr>
          <w:p w14:paraId="57ACF7AC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21A67780" w14:textId="77777777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2DEB3CFA" w14:textId="77777777" w:rsidTr="000B530D">
        <w:tc>
          <w:tcPr>
            <w:tcW w:w="4253" w:type="dxa"/>
            <w:vAlign w:val="bottom"/>
          </w:tcPr>
          <w:p w14:paraId="0140DAAC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proofErr w:type="spellStart"/>
            <w:r w:rsidRPr="000B530D">
              <w:rPr>
                <w:rFonts w:ascii="Frutiger LT Std 45 Light" w:hAnsi="Frutiger LT Std 45 Light"/>
                <w:b/>
              </w:rPr>
              <w:t>Anschaffung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(TT.MM.JJJJ):</w:t>
            </w:r>
          </w:p>
        </w:tc>
        <w:sdt>
          <w:sdtPr>
            <w:rPr>
              <w:rFonts w:ascii="Frutiger LT Std 45 Light" w:hAnsi="Frutiger LT Std 45 Light"/>
            </w:rPr>
            <w:id w:val="-1702244728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4961" w:type="dxa"/>
                <w:tcBorders>
                  <w:bottom w:val="single" w:sz="4" w:space="0" w:color="auto"/>
                </w:tcBorders>
              </w:tcPr>
              <w:p w14:paraId="3011976F" w14:textId="0DC33040" w:rsidR="007D2DA1" w:rsidRPr="000B530D" w:rsidRDefault="008C0EEA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Sie, um ein Datum einzugeben.</w:t>
                </w:r>
              </w:p>
            </w:tc>
          </w:sdtContent>
        </w:sdt>
      </w:tr>
      <w:tr w:rsidR="008C0EEA" w:rsidRPr="000B530D" w14:paraId="7BE17D4B" w14:textId="77777777" w:rsidTr="000B530D">
        <w:tc>
          <w:tcPr>
            <w:tcW w:w="4253" w:type="dxa"/>
            <w:vAlign w:val="bottom"/>
          </w:tcPr>
          <w:p w14:paraId="1FFF9534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2B0BB9BE" w14:textId="77777777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685C441E" w14:textId="77777777" w:rsidTr="000B530D">
        <w:tc>
          <w:tcPr>
            <w:tcW w:w="4253" w:type="dxa"/>
            <w:vAlign w:val="bottom"/>
          </w:tcPr>
          <w:p w14:paraId="348EFE21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proofErr w:type="spellStart"/>
            <w:r w:rsidRPr="000B530D">
              <w:rPr>
                <w:rFonts w:ascii="Frutiger LT Std 45 Light" w:hAnsi="Frutiger LT Std 45 Light"/>
                <w:b/>
              </w:rPr>
              <w:t>Inbetriebnahme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(TT.MM</w:t>
            </w:r>
            <w:r w:rsidRPr="000B530D">
              <w:rPr>
                <w:rFonts w:ascii="Frutiger LT Std 45 Light" w:hAnsi="Frutiger LT Std 45 Light"/>
                <w:b/>
              </w:rPr>
              <w:t>.JJJJ):</w:t>
            </w:r>
          </w:p>
        </w:tc>
        <w:sdt>
          <w:sdtPr>
            <w:rPr>
              <w:rFonts w:ascii="Frutiger LT Std 45 Light" w:hAnsi="Frutiger LT Std 45 Light"/>
            </w:rPr>
            <w:id w:val="21285040"/>
            <w:placeholder>
              <w:docPart w:val="3F86ADFBCF144C34A3A29807722844F3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4961" w:type="dxa"/>
                <w:tcBorders>
                  <w:bottom w:val="single" w:sz="4" w:space="0" w:color="auto"/>
                </w:tcBorders>
              </w:tcPr>
              <w:p w14:paraId="6CB7F5C4" w14:textId="3AC7FDE8" w:rsidR="007D2DA1" w:rsidRPr="000B530D" w:rsidRDefault="008C0EEA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Sie, um ein Datum einzugeben.</w:t>
                </w:r>
              </w:p>
            </w:tc>
          </w:sdtContent>
        </w:sdt>
      </w:tr>
      <w:tr w:rsidR="008C0EEA" w:rsidRPr="000B530D" w14:paraId="451C7F12" w14:textId="77777777" w:rsidTr="000B530D">
        <w:tc>
          <w:tcPr>
            <w:tcW w:w="4253" w:type="dxa"/>
            <w:vAlign w:val="bottom"/>
          </w:tcPr>
          <w:p w14:paraId="79DB3E32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6AEDEFFC" w14:textId="1523B3C0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7B1F4E07" w14:textId="77777777" w:rsidTr="000B530D">
        <w:tc>
          <w:tcPr>
            <w:tcW w:w="4253" w:type="dxa"/>
            <w:vAlign w:val="bottom"/>
          </w:tcPr>
          <w:p w14:paraId="36AE2850" w14:textId="1BE98B3C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  <w:proofErr w:type="spellStart"/>
            <w:r w:rsidRPr="000B530D">
              <w:rPr>
                <w:rFonts w:ascii="Frutiger LT Std 45 Light" w:hAnsi="Frutiger LT Std 45 Light"/>
                <w:b/>
              </w:rPr>
              <w:t>Außerbetriebnahme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des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eAs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(TT.MM.JJJJ):</w:t>
            </w:r>
          </w:p>
        </w:tc>
        <w:sdt>
          <w:sdtPr>
            <w:rPr>
              <w:rFonts w:ascii="Frutiger LT Std 45 Light" w:hAnsi="Frutiger LT Std 45 Light"/>
            </w:rPr>
            <w:id w:val="-55939976"/>
            <w:placeholder>
              <w:docPart w:val="BDA34DB4BFBA46DE90128A96CCBB424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4961" w:type="dxa"/>
                <w:tcBorders>
                  <w:bottom w:val="single" w:sz="4" w:space="0" w:color="auto"/>
                </w:tcBorders>
              </w:tcPr>
              <w:p w14:paraId="524D50BD" w14:textId="46670541" w:rsidR="007D2DA1" w:rsidRPr="000B530D" w:rsidRDefault="008C0EEA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Sie, um ein Datum einzugeben.</w:t>
                </w:r>
              </w:p>
            </w:tc>
          </w:sdtContent>
        </w:sdt>
      </w:tr>
      <w:tr w:rsidR="008C0EEA" w:rsidRPr="000B530D" w14:paraId="4BCF13B0" w14:textId="77777777" w:rsidTr="000B530D">
        <w:tc>
          <w:tcPr>
            <w:tcW w:w="4253" w:type="dxa"/>
            <w:vAlign w:val="bottom"/>
          </w:tcPr>
          <w:p w14:paraId="34094BA9" w14:textId="77777777" w:rsidR="008C0EEA" w:rsidRPr="000B530D" w:rsidRDefault="008C0EEA" w:rsidP="008C0EE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63A854EE" w14:textId="77777777" w:rsidR="008C0EEA" w:rsidRPr="000B530D" w:rsidRDefault="008C0EE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0B530D" w14:paraId="064EB9A0" w14:textId="77777777" w:rsidTr="000B530D">
        <w:tc>
          <w:tcPr>
            <w:tcW w:w="4253" w:type="dxa"/>
            <w:vAlign w:val="bottom"/>
          </w:tcPr>
          <w:p w14:paraId="7B016DE8" w14:textId="77777777" w:rsidR="007D2DA1" w:rsidRPr="000B530D" w:rsidRDefault="00AC1F7D" w:rsidP="008C0EE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proofErr w:type="spellStart"/>
            <w:r w:rsidRPr="000B530D">
              <w:rPr>
                <w:rFonts w:ascii="Frutiger LT Std 45 Light" w:hAnsi="Frutiger LT Std 45 Light"/>
                <w:b/>
              </w:rPr>
              <w:t>Grund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der </w:t>
            </w:r>
            <w:proofErr w:type="spellStart"/>
            <w:r w:rsidRPr="000B530D">
              <w:rPr>
                <w:rFonts w:ascii="Frutiger LT Std 45 Light" w:hAnsi="Frutiger LT Std 45 Light"/>
                <w:b/>
              </w:rPr>
              <w:t>Außerbetriebnahme</w:t>
            </w:r>
            <w:proofErr w:type="spellEnd"/>
            <w:r w:rsidRPr="000B530D">
              <w:rPr>
                <w:rFonts w:ascii="Frutiger LT Std 45 Light" w:hAnsi="Frutiger LT Std 45 Light"/>
                <w:b/>
              </w:rPr>
              <w:t xml:space="preserve"> des eAs: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sdt>
            <w:sdtPr>
              <w:rPr>
                <w:rFonts w:ascii="Frutiger LT Std 45 Light" w:hAnsi="Frutiger LT Std 45 Light"/>
              </w:rPr>
              <w:id w:val="667678954"/>
              <w:placeholder>
                <w:docPart w:val="2235DB61422846B1BAEC49D0E0119584"/>
              </w:placeholder>
              <w:showingPlcHdr/>
            </w:sdtPr>
            <w:sdtContent>
              <w:p w14:paraId="00E257CB" w14:textId="00CF3E47" w:rsidR="007D2DA1" w:rsidRPr="000B530D" w:rsidRDefault="009F7C9A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0B530D">
                  <w:rPr>
                    <w:rStyle w:val="Platzhaltertext"/>
                    <w:rFonts w:ascii="Frutiger LT Std 45 Light" w:hAnsi="Frutiger LT Std 45 Light"/>
                  </w:rPr>
                  <w:t>Klicken oder tippen Sie hier, um Text einzugeben.</w:t>
                </w:r>
              </w:p>
            </w:sdtContent>
          </w:sdt>
        </w:tc>
      </w:tr>
    </w:tbl>
    <w:p w14:paraId="1533EF6B" w14:textId="72E1BA22" w:rsidR="007D2DA1" w:rsidRDefault="007D2DA1" w:rsidP="008C0EEA">
      <w:pPr>
        <w:spacing w:line="360" w:lineRule="auto"/>
        <w:rPr>
          <w:rFonts w:ascii="Frutiger LT Std 45 Light" w:hAnsi="Frutiger LT Std 45 Light"/>
        </w:rPr>
      </w:pPr>
    </w:p>
    <w:p w14:paraId="311E7C52" w14:textId="77777777" w:rsidR="000B530D" w:rsidRDefault="000B530D" w:rsidP="008C0EEA">
      <w:pPr>
        <w:spacing w:line="360" w:lineRule="auto"/>
        <w:rPr>
          <w:rFonts w:ascii="Frutiger LT Std 45 Light" w:hAnsi="Frutiger LT Std 45 Light"/>
          <w:b/>
          <w:bCs/>
          <w:color w:val="92D050"/>
        </w:rPr>
      </w:pPr>
    </w:p>
    <w:p w14:paraId="39836BC3" w14:textId="779BDA9C" w:rsidR="009F7C9A" w:rsidRPr="000B530D" w:rsidRDefault="009F7C9A" w:rsidP="008C0EEA">
      <w:pPr>
        <w:spacing w:line="360" w:lineRule="auto"/>
        <w:rPr>
          <w:rFonts w:ascii="Frutiger LT Std 45 Light" w:hAnsi="Frutiger LT Std 45 Light"/>
          <w:b/>
          <w:bCs/>
          <w:color w:val="92D050"/>
        </w:rPr>
      </w:pPr>
      <w:proofErr w:type="spellStart"/>
      <w:r w:rsidRPr="000B530D">
        <w:rPr>
          <w:rFonts w:ascii="Frutiger LT Std 45 Light" w:hAnsi="Frutiger LT Std 45 Light"/>
          <w:b/>
          <w:bCs/>
          <w:color w:val="92D050"/>
        </w:rPr>
        <w:lastRenderedPageBreak/>
        <w:t>Bermerkungen</w:t>
      </w:r>
      <w:proofErr w:type="spellEnd"/>
      <w:r w:rsidRPr="000B530D">
        <w:rPr>
          <w:rFonts w:ascii="Frutiger LT Std 45 Light" w:hAnsi="Frutiger LT Std 45 Light"/>
          <w:b/>
          <w:bCs/>
          <w:color w:val="92D050"/>
        </w:rPr>
        <w:t xml:space="preserve"> </w:t>
      </w:r>
      <w:proofErr w:type="spellStart"/>
      <w:r w:rsidRPr="000B530D">
        <w:rPr>
          <w:rFonts w:ascii="Frutiger LT Std 45 Light" w:hAnsi="Frutiger LT Std 45 Light"/>
          <w:b/>
          <w:bCs/>
          <w:color w:val="92D050"/>
        </w:rPr>
        <w:t>zum</w:t>
      </w:r>
      <w:proofErr w:type="spellEnd"/>
      <w:r w:rsidRPr="000B530D">
        <w:rPr>
          <w:rFonts w:ascii="Frutiger LT Std 45 Light" w:hAnsi="Frutiger LT Std 45 Light"/>
          <w:b/>
          <w:bCs/>
          <w:color w:val="92D050"/>
        </w:rPr>
        <w:t xml:space="preserve"> </w:t>
      </w:r>
      <w:proofErr w:type="spellStart"/>
      <w:r w:rsidRPr="000B530D">
        <w:rPr>
          <w:rFonts w:ascii="Frutiger LT Std 45 Light" w:hAnsi="Frutiger LT Std 45 Light"/>
          <w:b/>
          <w:bCs/>
          <w:color w:val="92D050"/>
        </w:rPr>
        <w:t>eAs</w:t>
      </w:r>
      <w:proofErr w:type="spellEnd"/>
      <w:r w:rsidRPr="000B530D">
        <w:rPr>
          <w:rFonts w:ascii="Frutiger LT Std 45 Light" w:hAnsi="Frutiger LT Std 45 Light"/>
          <w:b/>
          <w:bCs/>
          <w:color w:val="92D050"/>
        </w:rPr>
        <w:t>:</w:t>
      </w:r>
    </w:p>
    <w:sdt>
      <w:sdtPr>
        <w:rPr>
          <w:rFonts w:ascii="Frutiger LT Std 45 Light" w:hAnsi="Frutiger LT Std 45 Light"/>
        </w:rPr>
        <w:id w:val="-1869368094"/>
        <w:placeholder>
          <w:docPart w:val="DefaultPlaceholder_-1854013440"/>
        </w:placeholder>
        <w:showingPlcHdr/>
      </w:sdtPr>
      <w:sdtContent>
        <w:p w14:paraId="51789393" w14:textId="5913EE0A" w:rsidR="009F7C9A" w:rsidRPr="008C0EEA" w:rsidRDefault="009F7C9A" w:rsidP="008C0EEA">
          <w:pPr>
            <w:spacing w:line="360" w:lineRule="auto"/>
            <w:rPr>
              <w:rFonts w:ascii="Frutiger LT Std 45 Light" w:hAnsi="Frutiger LT Std 45 Light"/>
            </w:rPr>
          </w:pPr>
          <w:r w:rsidRPr="003A24BC">
            <w:rPr>
              <w:rStyle w:val="Platzhaltertext"/>
            </w:rPr>
            <w:t>Klicken oder tippen Sie hier, um Text einzugeben.</w:t>
          </w:r>
        </w:p>
      </w:sdtContent>
    </w:sdt>
    <w:p w14:paraId="4E53B3AD" w14:textId="77777777" w:rsidR="009F7C9A" w:rsidRDefault="009F7C9A" w:rsidP="008C0EEA">
      <w:pPr>
        <w:spacing w:line="360" w:lineRule="auto"/>
        <w:ind w:hanging="142"/>
        <w:jc w:val="both"/>
        <w:rPr>
          <w:rFonts w:ascii="Frutiger LT Std 45 Light" w:hAnsi="Frutiger LT Std 45 Light"/>
          <w:b/>
          <w:color w:val="92D050"/>
          <w:sz w:val="24"/>
          <w:u w:val="single"/>
        </w:rPr>
      </w:pPr>
    </w:p>
    <w:p w14:paraId="04749501" w14:textId="6C9FECFE" w:rsidR="007D2DA1" w:rsidRPr="008C0EEA" w:rsidRDefault="00AC1F7D" w:rsidP="008C0EEA">
      <w:pPr>
        <w:spacing w:line="360" w:lineRule="auto"/>
        <w:ind w:hanging="142"/>
        <w:jc w:val="both"/>
        <w:rPr>
          <w:rFonts w:ascii="Frutiger LT Std 45 Light" w:hAnsi="Frutiger LT Std 45 Light"/>
          <w:color w:val="92D050"/>
          <w:u w:val="single"/>
        </w:rPr>
      </w:pPr>
      <w:proofErr w:type="spellStart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>Angaben</w:t>
      </w:r>
      <w:proofErr w:type="spellEnd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 xml:space="preserve"> </w:t>
      </w:r>
      <w:proofErr w:type="spellStart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>zur</w:t>
      </w:r>
      <w:proofErr w:type="spellEnd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 xml:space="preserve"> </w:t>
      </w:r>
      <w:proofErr w:type="spellStart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>technischen</w:t>
      </w:r>
      <w:proofErr w:type="spellEnd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 xml:space="preserve"> </w:t>
      </w:r>
      <w:proofErr w:type="spellStart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>Sicherheitseinrichtung</w:t>
      </w:r>
      <w:proofErr w:type="spellEnd"/>
      <w:r w:rsidRPr="008C0EEA">
        <w:rPr>
          <w:rFonts w:ascii="Frutiger LT Std 45 Light" w:hAnsi="Frutiger LT Std 45 Light"/>
          <w:b/>
          <w:color w:val="92D050"/>
          <w:sz w:val="24"/>
          <w:u w:val="single"/>
        </w:rPr>
        <w:t xml:space="preserve"> (TSE)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7D2DA1" w:rsidRPr="008C0EEA" w14:paraId="267DD941" w14:textId="77777777" w:rsidTr="009F7C9A">
        <w:tc>
          <w:tcPr>
            <w:tcW w:w="4320" w:type="dxa"/>
          </w:tcPr>
          <w:p w14:paraId="0784F342" w14:textId="77777777" w:rsidR="007D2DA1" w:rsidRPr="008C0EEA" w:rsidRDefault="00AC1F7D" w:rsidP="009F7C9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proofErr w:type="spellStart"/>
            <w:r w:rsidRPr="008C0EEA">
              <w:rPr>
                <w:rFonts w:ascii="Frutiger LT Std 45 Light" w:hAnsi="Frutiger LT Std 45 Light"/>
                <w:b/>
              </w:rPr>
              <w:t>Seriennummer</w:t>
            </w:r>
            <w:proofErr w:type="spellEnd"/>
            <w:r w:rsidRPr="008C0EEA">
              <w:rPr>
                <w:rFonts w:ascii="Frutiger LT Std 45 Light" w:hAnsi="Frutiger LT Std 45 Light"/>
                <w:b/>
              </w:rPr>
              <w:t xml:space="preserve"> der TSE:</w:t>
            </w:r>
          </w:p>
        </w:tc>
        <w:sdt>
          <w:sdtPr>
            <w:rPr>
              <w:rFonts w:ascii="Frutiger LT Std 45 Light" w:hAnsi="Frutiger LT Std 45 Light"/>
            </w:rPr>
            <w:id w:val="-1735235507"/>
            <w:placeholder>
              <w:docPart w:val="DefaultPlaceholder_-1854013440"/>
            </w:placeholder>
          </w:sdtPr>
          <w:sdtContent>
            <w:tc>
              <w:tcPr>
                <w:tcW w:w="4320" w:type="dxa"/>
                <w:tcBorders>
                  <w:bottom w:val="single" w:sz="4" w:space="0" w:color="auto"/>
                </w:tcBorders>
              </w:tcPr>
              <w:p w14:paraId="1274D0E0" w14:textId="3065CBD4" w:rsidR="007D2DA1" w:rsidRPr="008C0EEA" w:rsidRDefault="00AC1F7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8C0EEA">
                  <w:rPr>
                    <w:rFonts w:ascii="Frutiger LT Std 45 Light" w:hAnsi="Frutiger LT Std 45 Light"/>
                  </w:rPr>
                  <w:t xml:space="preserve">                                                  </w:t>
                </w:r>
              </w:p>
            </w:tc>
          </w:sdtContent>
        </w:sdt>
      </w:tr>
      <w:tr w:rsidR="009F7C9A" w:rsidRPr="008C0EEA" w14:paraId="78F3D9AF" w14:textId="77777777" w:rsidTr="009F7C9A">
        <w:tc>
          <w:tcPr>
            <w:tcW w:w="4320" w:type="dxa"/>
          </w:tcPr>
          <w:p w14:paraId="1157135C" w14:textId="77777777" w:rsidR="009F7C9A" w:rsidRPr="008C0EEA" w:rsidRDefault="009F7C9A" w:rsidP="009F7C9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548E7A3A" w14:textId="77777777" w:rsidR="009F7C9A" w:rsidRDefault="009F7C9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8C0EEA" w14:paraId="2E5ED3BD" w14:textId="77777777" w:rsidTr="000B530D">
        <w:tc>
          <w:tcPr>
            <w:tcW w:w="4320" w:type="dxa"/>
          </w:tcPr>
          <w:p w14:paraId="45046145" w14:textId="77777777" w:rsidR="007D2DA1" w:rsidRPr="008C0EEA" w:rsidRDefault="00AC1F7D" w:rsidP="009F7C9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r w:rsidRPr="008C0EEA">
              <w:rPr>
                <w:rFonts w:ascii="Frutiger LT Std 45 Light" w:hAnsi="Frutiger LT Std 45 Light"/>
                <w:b/>
              </w:rPr>
              <w:t>BSI-</w:t>
            </w:r>
            <w:proofErr w:type="spellStart"/>
            <w:r w:rsidRPr="008C0EEA">
              <w:rPr>
                <w:rFonts w:ascii="Frutiger LT Std 45 Light" w:hAnsi="Frutiger LT Std 45 Light"/>
                <w:b/>
              </w:rPr>
              <w:t>Zertifizierungs</w:t>
            </w:r>
            <w:proofErr w:type="spellEnd"/>
            <w:r w:rsidRPr="008C0EEA">
              <w:rPr>
                <w:rFonts w:ascii="Frutiger LT Std 45 Light" w:hAnsi="Frutiger LT Std 45 Light"/>
                <w:b/>
              </w:rPr>
              <w:t>-ID:</w:t>
            </w:r>
          </w:p>
        </w:tc>
        <w:sdt>
          <w:sdtPr>
            <w:rPr>
              <w:rFonts w:ascii="Frutiger LT Std 45 Light" w:hAnsi="Frutiger LT Std 45 Light"/>
            </w:rPr>
            <w:id w:val="1708908199"/>
            <w:placeholder>
              <w:docPart w:val="DefaultPlaceholder_-1854013440"/>
            </w:placeholder>
          </w:sdtPr>
          <w:sdtContent>
            <w:tc>
              <w:tcPr>
                <w:tcW w:w="4320" w:type="dxa"/>
                <w:tcBorders>
                  <w:bottom w:val="single" w:sz="4" w:space="0" w:color="auto"/>
                </w:tcBorders>
              </w:tcPr>
              <w:p w14:paraId="54146B22" w14:textId="1116CE1E" w:rsidR="007D2DA1" w:rsidRPr="008C0EEA" w:rsidRDefault="00AC1F7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8C0EEA">
                  <w:rPr>
                    <w:rFonts w:ascii="Frutiger LT Std 45 Light" w:hAnsi="Frutiger LT Std 45 Light"/>
                  </w:rPr>
                  <w:t xml:space="preserve">                                                  </w:t>
                </w:r>
              </w:p>
            </w:tc>
          </w:sdtContent>
        </w:sdt>
      </w:tr>
      <w:tr w:rsidR="000B530D" w:rsidRPr="000B530D" w14:paraId="612E4051" w14:textId="77777777" w:rsidTr="000B530D">
        <w:tc>
          <w:tcPr>
            <w:tcW w:w="4320" w:type="dxa"/>
          </w:tcPr>
          <w:p w14:paraId="2CE7E615" w14:textId="77777777" w:rsidR="000B530D" w:rsidRPr="008C0EEA" w:rsidRDefault="000B530D" w:rsidP="009F7C9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300A8F23" w14:textId="77777777" w:rsidR="000B530D" w:rsidRPr="000B530D" w:rsidRDefault="000B530D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  <w:r w:rsidRPr="000B530D">
              <w:rPr>
                <w:rFonts w:ascii="Frutiger LT Std 45 Light" w:hAnsi="Frutiger LT Std 45 Light"/>
                <w:sz w:val="16"/>
                <w:szCs w:val="16"/>
              </w:rPr>
              <w:t>Das BSI</w:t>
            </w:r>
            <w:r w:rsidRPr="000B530D">
              <w:rPr>
                <w:rStyle w:val="helper-invisible"/>
                <w:rFonts w:ascii="Frutiger LT Std 45 Light" w:hAnsi="Frutiger LT Std 45 Light" w:cs="Open Sans"/>
                <w:color w:val="727272"/>
                <w:sz w:val="16"/>
                <w:szCs w:val="16"/>
                <w:bdr w:val="none" w:sz="0" w:space="0" w:color="auto" w:frame="1"/>
              </w:rPr>
              <w:t> Bundesamt für Sicherheit in der Informationstechnik</w:t>
            </w:r>
            <w:r w:rsidRPr="000B530D">
              <w:rPr>
                <w:rFonts w:ascii="Frutiger LT Std 45 Light" w:hAnsi="Frutiger LT Std 45 Light"/>
                <w:sz w:val="16"/>
                <w:szCs w:val="16"/>
              </w:rPr>
              <w:t> vergibt für die Zertifikate den Namen:</w:t>
            </w:r>
            <w:r w:rsidRPr="000B530D">
              <w:rPr>
                <w:rFonts w:ascii="Frutiger LT Std 45 Light" w:hAnsi="Frutiger LT Std 45 Light"/>
                <w:sz w:val="16"/>
                <w:szCs w:val="16"/>
              </w:rPr>
              <w:br/>
              <w:t>BSI</w:t>
            </w:r>
            <w:r w:rsidRPr="000B530D">
              <w:rPr>
                <w:rStyle w:val="helper-invisible"/>
                <w:rFonts w:ascii="Frutiger LT Std 45 Light" w:hAnsi="Frutiger LT Std 45 Light" w:cs="Open Sans"/>
                <w:color w:val="727272"/>
                <w:sz w:val="16"/>
                <w:szCs w:val="16"/>
                <w:bdr w:val="none" w:sz="0" w:space="0" w:color="auto" w:frame="1"/>
              </w:rPr>
              <w:t> Bundesamt für Sicherheit in der Informationstechnik</w:t>
            </w:r>
            <w:r w:rsidRPr="000B530D">
              <w:rPr>
                <w:rFonts w:ascii="Frutiger LT Std 45 Light" w:hAnsi="Frutiger LT Std 45 Light"/>
                <w:sz w:val="16"/>
                <w:szCs w:val="16"/>
              </w:rPr>
              <w:t>-K-TR-NNNN-YYYY</w:t>
            </w:r>
          </w:p>
          <w:p w14:paraId="2021F6CD" w14:textId="522488A4" w:rsidR="000B530D" w:rsidRDefault="000B530D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  <w:r w:rsidRPr="000B530D">
              <w:rPr>
                <w:rFonts w:ascii="Frutiger LT Std 45 Light" w:hAnsi="Frutiger LT Std 45 Light"/>
                <w:sz w:val="16"/>
                <w:szCs w:val="16"/>
              </w:rPr>
              <w:t xml:space="preserve">In diesem Feld sind nur die vier Zahlen der Nummerierung (NNNN), das Minuszeichen und die vier Zahlen der Jahreszahl (YYYY) = </w:t>
            </w:r>
            <w:proofErr w:type="spellStart"/>
            <w:r w:rsidRPr="000B530D">
              <w:rPr>
                <w:rFonts w:ascii="Frutiger LT Std 45 Light" w:hAnsi="Frutiger LT Std 45 Light"/>
                <w:sz w:val="16"/>
                <w:szCs w:val="16"/>
              </w:rPr>
              <w:t>Jahr</w:t>
            </w:r>
            <w:proofErr w:type="spellEnd"/>
            <w:r w:rsidRPr="000B530D">
              <w:rPr>
                <w:rFonts w:ascii="Frutiger LT Std 45 Light" w:hAnsi="Frutiger LT Std 45 Light"/>
                <w:sz w:val="16"/>
                <w:szCs w:val="16"/>
              </w:rPr>
              <w:t xml:space="preserve"> der </w:t>
            </w:r>
            <w:proofErr w:type="spellStart"/>
            <w:r w:rsidRPr="000B530D">
              <w:rPr>
                <w:rFonts w:ascii="Frutiger LT Std 45 Light" w:hAnsi="Frutiger LT Std 45 Light"/>
                <w:sz w:val="16"/>
                <w:szCs w:val="16"/>
              </w:rPr>
              <w:t>Zertifikatsvergabe</w:t>
            </w:r>
            <w:proofErr w:type="spellEnd"/>
            <w:r w:rsidRPr="000B530D">
              <w:rPr>
                <w:rFonts w:ascii="Frutiger LT Std 45 Light" w:hAnsi="Frutiger LT Std 45 Light"/>
                <w:sz w:val="16"/>
                <w:szCs w:val="16"/>
              </w:rPr>
              <w:t xml:space="preserve"> </w:t>
            </w:r>
            <w:proofErr w:type="spellStart"/>
            <w:r w:rsidRPr="000B530D">
              <w:rPr>
                <w:rFonts w:ascii="Frutiger LT Std 45 Light" w:hAnsi="Frutiger LT Std 45 Light"/>
                <w:sz w:val="16"/>
                <w:szCs w:val="16"/>
              </w:rPr>
              <w:t>einzutragen</w:t>
            </w:r>
            <w:proofErr w:type="spellEnd"/>
            <w:r w:rsidRPr="000B530D">
              <w:rPr>
                <w:rFonts w:ascii="Frutiger LT Std 45 Light" w:hAnsi="Frutiger LT Std 45 Light"/>
                <w:sz w:val="16"/>
                <w:szCs w:val="16"/>
              </w:rPr>
              <w:t>.</w:t>
            </w:r>
          </w:p>
          <w:p w14:paraId="5E9AE7EC" w14:textId="77777777" w:rsidR="000B530D" w:rsidRDefault="000B530D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</w:p>
          <w:p w14:paraId="5E009D9D" w14:textId="2B114F86" w:rsidR="000B530D" w:rsidRPr="000B530D" w:rsidRDefault="000B530D" w:rsidP="000B530D">
            <w:pPr>
              <w:rPr>
                <w:rFonts w:ascii="Frutiger LT Std 45 Light" w:hAnsi="Frutiger LT Std 45 Light"/>
                <w:sz w:val="16"/>
                <w:szCs w:val="16"/>
              </w:rPr>
            </w:pPr>
            <w:proofErr w:type="spellStart"/>
            <w:r>
              <w:rPr>
                <w:rFonts w:ascii="Frutiger LT Std 45 Light" w:hAnsi="Frutiger LT Std 45 Light"/>
                <w:sz w:val="16"/>
                <w:szCs w:val="16"/>
              </w:rPr>
              <w:t>Hier</w:t>
            </w:r>
            <w:proofErr w:type="spellEnd"/>
            <w:r>
              <w:rPr>
                <w:rFonts w:ascii="Frutiger LT Std 45 Light" w:hAnsi="Frutiger LT Std 45 Light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Frutiger LT Std 45 Light" w:hAnsi="Frutiger LT Std 45 Light"/>
                <w:sz w:val="16"/>
                <w:szCs w:val="16"/>
              </w:rPr>
              <w:t>geht</w:t>
            </w:r>
            <w:proofErr w:type="spellEnd"/>
            <w:r>
              <w:rPr>
                <w:rFonts w:ascii="Frutiger LT Std 45 Light" w:hAnsi="Frutiger LT Std 45 Light"/>
                <w:sz w:val="16"/>
                <w:szCs w:val="16"/>
              </w:rPr>
              <w:t xml:space="preserve"> es zur </w:t>
            </w:r>
            <w:hyperlink r:id="rId7" w:history="1">
              <w:r w:rsidRPr="000B530D">
                <w:rPr>
                  <w:rStyle w:val="Hyperlink"/>
                  <w:rFonts w:ascii="Frutiger LT Std 45 Light" w:hAnsi="Frutiger LT Std 45 Light"/>
                  <w:sz w:val="16"/>
                  <w:szCs w:val="16"/>
                </w:rPr>
                <w:t>Liste der zertifizierten TSIs</w:t>
              </w:r>
            </w:hyperlink>
          </w:p>
          <w:p w14:paraId="577290EA" w14:textId="049700E9" w:rsidR="000B530D" w:rsidRPr="000B530D" w:rsidRDefault="000B530D" w:rsidP="000B530D"/>
        </w:tc>
      </w:tr>
      <w:tr w:rsidR="009F7C9A" w:rsidRPr="008C0EEA" w14:paraId="16D7A7F1" w14:textId="77777777" w:rsidTr="000B530D">
        <w:tc>
          <w:tcPr>
            <w:tcW w:w="4320" w:type="dxa"/>
          </w:tcPr>
          <w:p w14:paraId="29C2FB4E" w14:textId="77777777" w:rsidR="009F7C9A" w:rsidRPr="008C0EEA" w:rsidRDefault="009F7C9A" w:rsidP="009F7C9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320" w:type="dxa"/>
          </w:tcPr>
          <w:p w14:paraId="382FA4F2" w14:textId="77777777" w:rsidR="009F7C9A" w:rsidRDefault="009F7C9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8C0EEA" w14:paraId="78FB4073" w14:textId="77777777" w:rsidTr="009F7C9A">
        <w:tc>
          <w:tcPr>
            <w:tcW w:w="4320" w:type="dxa"/>
          </w:tcPr>
          <w:p w14:paraId="06EDD214" w14:textId="77777777" w:rsidR="007D2DA1" w:rsidRPr="008C0EEA" w:rsidRDefault="00AC1F7D" w:rsidP="009F7C9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r w:rsidRPr="008C0EEA">
              <w:rPr>
                <w:rFonts w:ascii="Frutiger LT Std 45 Light" w:hAnsi="Frutiger LT Std 45 Light"/>
                <w:b/>
              </w:rPr>
              <w:t>Inbetriebnahme / Aktivierung der TSE (TT.MM.JJJJ):</w:t>
            </w:r>
          </w:p>
        </w:tc>
        <w:sdt>
          <w:sdtPr>
            <w:rPr>
              <w:rFonts w:ascii="Frutiger LT Std 45 Light" w:hAnsi="Frutiger LT Std 45 Light"/>
            </w:rPr>
            <w:id w:val="-145132431"/>
            <w:placeholder>
              <w:docPart w:val="B94A788AE2364642AC25797F5880FF8A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4320" w:type="dxa"/>
              </w:tcPr>
              <w:p w14:paraId="6CA109A0" w14:textId="3756EF70" w:rsidR="007D2DA1" w:rsidRPr="008C0EEA" w:rsidRDefault="008C0EEA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9F7C9A">
                  <w:rPr>
                    <w:rStyle w:val="Platzhaltertext"/>
                    <w:bdr w:val="single" w:sz="4" w:space="0" w:color="auto"/>
                  </w:rPr>
                  <w:t>Klicken oder tippen Sie, um ein Datum einzugeben.</w:t>
                </w:r>
              </w:p>
            </w:tc>
          </w:sdtContent>
        </w:sdt>
      </w:tr>
      <w:tr w:rsidR="009F7C9A" w:rsidRPr="008C0EEA" w14:paraId="66E82509" w14:textId="77777777" w:rsidTr="009F7C9A">
        <w:tc>
          <w:tcPr>
            <w:tcW w:w="4320" w:type="dxa"/>
          </w:tcPr>
          <w:p w14:paraId="3C4DD3C1" w14:textId="77777777" w:rsidR="009F7C9A" w:rsidRPr="008C0EEA" w:rsidRDefault="009F7C9A" w:rsidP="009F7C9A">
            <w:pPr>
              <w:spacing w:line="360" w:lineRule="auto"/>
              <w:jc w:val="right"/>
              <w:rPr>
                <w:rFonts w:ascii="Frutiger LT Std 45 Light" w:hAnsi="Frutiger LT Std 45 Light"/>
                <w:b/>
              </w:rPr>
            </w:pPr>
          </w:p>
        </w:tc>
        <w:tc>
          <w:tcPr>
            <w:tcW w:w="4320" w:type="dxa"/>
          </w:tcPr>
          <w:p w14:paraId="10C1690F" w14:textId="77777777" w:rsidR="009F7C9A" w:rsidRDefault="009F7C9A" w:rsidP="008C0EEA">
            <w:pPr>
              <w:spacing w:line="360" w:lineRule="auto"/>
              <w:rPr>
                <w:rFonts w:ascii="Frutiger LT Std 45 Light" w:hAnsi="Frutiger LT Std 45 Light"/>
              </w:rPr>
            </w:pPr>
          </w:p>
        </w:tc>
      </w:tr>
      <w:tr w:rsidR="007D2DA1" w:rsidRPr="008C0EEA" w14:paraId="2CD37EF0" w14:textId="77777777" w:rsidTr="009F7C9A">
        <w:tc>
          <w:tcPr>
            <w:tcW w:w="4320" w:type="dxa"/>
          </w:tcPr>
          <w:p w14:paraId="59E46965" w14:textId="77777777" w:rsidR="007D2DA1" w:rsidRPr="008C0EEA" w:rsidRDefault="00AC1F7D" w:rsidP="009F7C9A">
            <w:pPr>
              <w:spacing w:line="360" w:lineRule="auto"/>
              <w:jc w:val="right"/>
              <w:rPr>
                <w:rFonts w:ascii="Frutiger LT Std 45 Light" w:hAnsi="Frutiger LT Std 45 Light"/>
              </w:rPr>
            </w:pPr>
            <w:r w:rsidRPr="008C0EEA">
              <w:rPr>
                <w:rFonts w:ascii="Frutiger LT Std 45 Light" w:hAnsi="Frutiger LT Std 45 Light"/>
                <w:b/>
              </w:rPr>
              <w:t>Art / Bauform der TSE:</w:t>
            </w:r>
          </w:p>
        </w:tc>
        <w:sdt>
          <w:sdtPr>
            <w:rPr>
              <w:rFonts w:ascii="Frutiger LT Std 45 Light" w:hAnsi="Frutiger LT Std 45 Light"/>
            </w:rPr>
            <w:alias w:val="Art der TSE"/>
            <w:tag w:val="Art der TSE"/>
            <w:id w:val="-2099321634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SD-Karte" w:value="SD-Karte"/>
              <w:listItem w:displayText="USB-Stick" w:value="USB-Stick"/>
              <w:listItem w:displayText="Cloud" w:value="Cloud"/>
            </w:dropDownList>
          </w:sdtPr>
          <w:sdtContent>
            <w:tc>
              <w:tcPr>
                <w:tcW w:w="4320" w:type="dxa"/>
                <w:tcBorders>
                  <w:bottom w:val="single" w:sz="4" w:space="0" w:color="auto"/>
                </w:tcBorders>
              </w:tcPr>
              <w:p w14:paraId="2AAC3E01" w14:textId="26D4D4F6" w:rsidR="007D2DA1" w:rsidRPr="008C0EEA" w:rsidRDefault="000B530D" w:rsidP="008C0EEA">
                <w:pPr>
                  <w:spacing w:line="360" w:lineRule="auto"/>
                  <w:rPr>
                    <w:rFonts w:ascii="Frutiger LT Std 45 Light" w:hAnsi="Frutiger LT Std 45 Light"/>
                  </w:rPr>
                </w:pPr>
                <w:r w:rsidRPr="003A24BC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14:paraId="48B9771B" w14:textId="77777777" w:rsidR="00AC1F7D" w:rsidRPr="008C0EEA" w:rsidRDefault="00AC1F7D" w:rsidP="008C0EEA">
      <w:pPr>
        <w:spacing w:line="360" w:lineRule="auto"/>
        <w:rPr>
          <w:rFonts w:ascii="Frutiger LT Std 45 Light" w:hAnsi="Frutiger LT Std 45 Light"/>
        </w:rPr>
      </w:pPr>
    </w:p>
    <w:sectPr w:rsidR="00AC1F7D" w:rsidRPr="008C0EE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rutiger LT Std 45 Light"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3hqKRNt+FkOxix72ApUv9osVZaekp1t06PjyQg5jqMQUEvI3uJ2sbyatYVygPoMd3PfvcpIZu/bjQoyYs4v5Ag==" w:salt="3mRhk6Shr7/ZmFTL/mUehg==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1d88c238-db1d-4fcb-bd96-53d5b6821c53"/>
  </w:docVars>
  <w:rsids>
    <w:rsidRoot w:val="00B47730"/>
    <w:rsid w:val="00034616"/>
    <w:rsid w:val="0006063C"/>
    <w:rsid w:val="000B530D"/>
    <w:rsid w:val="0015074B"/>
    <w:rsid w:val="0029639D"/>
    <w:rsid w:val="00326F90"/>
    <w:rsid w:val="007D2DA1"/>
    <w:rsid w:val="008C0EEA"/>
    <w:rsid w:val="009F7C9A"/>
    <w:rsid w:val="00AA1D8D"/>
    <w:rsid w:val="00AC1F7D"/>
    <w:rsid w:val="00B47730"/>
    <w:rsid w:val="00C14FC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2305D"/>
  <w14:defaultImageDpi w14:val="300"/>
  <w15:docId w15:val="{937E183A-A633-4239-9FB2-9094CAB0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8C0EEA"/>
    <w:rPr>
      <w:color w:val="808080"/>
    </w:rPr>
  </w:style>
  <w:style w:type="paragraph" w:styleId="StandardWeb">
    <w:name w:val="Normal (Web)"/>
    <w:basedOn w:val="Standard"/>
    <w:uiPriority w:val="99"/>
    <w:semiHidden/>
    <w:unhideWhenUsed/>
    <w:rsid w:val="000B5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helper-invisible">
    <w:name w:val="_helper-invisible"/>
    <w:basedOn w:val="Absatz-Standardschriftart"/>
    <w:rsid w:val="000B530D"/>
  </w:style>
  <w:style w:type="character" w:styleId="Hyperlink">
    <w:name w:val="Hyperlink"/>
    <w:basedOn w:val="Absatz-Standardschriftart"/>
    <w:uiPriority w:val="99"/>
    <w:unhideWhenUsed/>
    <w:rsid w:val="000B530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5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8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www.bsi.bund.de/DE/Themen/Unternehmen-und-Organisationen/Standards-und-Zertifizierung/Zertifizierung-und-Anerkennung/Listen/Zertifizierte-Produkte-nach-TR/Technische_Sicherheitseinrichtungen/TSE.html?nn=456154&amp;cms_gtp=456162_list%253D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B9AE67A7674ED4980F8D0F49148D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0E3D26-AAD5-4D4E-9077-DDDD907A59D6}"/>
      </w:docPartPr>
      <w:docPartBody>
        <w:p w:rsidR="00000000" w:rsidRDefault="005F4535" w:rsidP="005F4535">
          <w:pPr>
            <w:pStyle w:val="41B9AE67A7674ED4980F8D0F49148DD9"/>
          </w:pPr>
          <w:r w:rsidRPr="003A24BC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7DDF64-1BBB-402F-9486-0451CF5CF1B5}"/>
      </w:docPartPr>
      <w:docPartBody>
        <w:p w:rsidR="00000000" w:rsidRDefault="005F4535">
          <w:r w:rsidRPr="003A24B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1580FE-36E5-4B4E-97ED-D4E478D91A81}"/>
      </w:docPartPr>
      <w:docPartBody>
        <w:p w:rsidR="00000000" w:rsidRDefault="005F4535">
          <w:r w:rsidRPr="003A24BC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2AB651-C103-47A3-9592-AC0B2CFBA554}"/>
      </w:docPartPr>
      <w:docPartBody>
        <w:p w:rsidR="00000000" w:rsidRDefault="005F4535">
          <w:r w:rsidRPr="003A24BC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3F86ADFBCF144C34A3A29807722844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B42672-A93A-4883-B355-487AAF323AEA}"/>
      </w:docPartPr>
      <w:docPartBody>
        <w:p w:rsidR="00000000" w:rsidRDefault="005F4535" w:rsidP="005F4535">
          <w:pPr>
            <w:pStyle w:val="3F86ADFBCF144C34A3A29807722844F3"/>
          </w:pPr>
          <w:r w:rsidRPr="003A24BC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DA34DB4BFBA46DE90128A96CCBB42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165EC4-990F-43A5-99A6-05467F070663}"/>
      </w:docPartPr>
      <w:docPartBody>
        <w:p w:rsidR="00000000" w:rsidRDefault="005F4535" w:rsidP="005F4535">
          <w:pPr>
            <w:pStyle w:val="BDA34DB4BFBA46DE90128A96CCBB4247"/>
          </w:pPr>
          <w:r w:rsidRPr="003A24BC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94A788AE2364642AC25797F5880FF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BA5D0A-AB6E-4644-8CA7-3EB2AD8AD5D9}"/>
      </w:docPartPr>
      <w:docPartBody>
        <w:p w:rsidR="00000000" w:rsidRDefault="005F4535" w:rsidP="005F4535">
          <w:pPr>
            <w:pStyle w:val="B94A788AE2364642AC25797F5880FF8A"/>
          </w:pPr>
          <w:r w:rsidRPr="003A24BC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235DB61422846B1BAEC49D0E01195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CE3CDB-E2BF-42F7-AAEC-9EB14A68B371}"/>
      </w:docPartPr>
      <w:docPartBody>
        <w:p w:rsidR="00000000" w:rsidRDefault="005F4535" w:rsidP="005F4535">
          <w:pPr>
            <w:pStyle w:val="2235DB61422846B1BAEC49D0E0119584"/>
          </w:pPr>
          <w:r w:rsidRPr="003A24B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84328B2A2C4429AE3D8A650689BE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5A837-DA7D-41BF-A0D8-193C0C0C46EB}"/>
      </w:docPartPr>
      <w:docPartBody>
        <w:p w:rsidR="00000000" w:rsidRDefault="005F4535" w:rsidP="005F4535">
          <w:pPr>
            <w:pStyle w:val="A584328B2A2C4429AE3D8A650689BEE9"/>
          </w:pPr>
          <w:r w:rsidRPr="003A24B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74487E8E6B4ED993F86E765F0B56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47AA95-E4D5-4F0F-ACE2-29A4D3F7F437}"/>
      </w:docPartPr>
      <w:docPartBody>
        <w:p w:rsidR="00000000" w:rsidRDefault="005F4535" w:rsidP="005F4535">
          <w:pPr>
            <w:pStyle w:val="5974487E8E6B4ED993F86E765F0B56C6"/>
          </w:pPr>
          <w:r w:rsidRPr="003A24B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6C761D98F843558F9D7CA2C2DE0C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58011D-14A6-4625-B062-D9B1A0DC2FBF}"/>
      </w:docPartPr>
      <w:docPartBody>
        <w:p w:rsidR="00000000" w:rsidRDefault="005F4535" w:rsidP="005F4535">
          <w:pPr>
            <w:pStyle w:val="1D6C761D98F843558F9D7CA2C2DE0CA5"/>
          </w:pPr>
          <w:r w:rsidRPr="003A24B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CBEBF772AE463C8E7278322F7E56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8A68FC-0546-4019-8710-816F38EE63CF}"/>
      </w:docPartPr>
      <w:docPartBody>
        <w:p w:rsidR="00000000" w:rsidRDefault="005F4535" w:rsidP="005F4535">
          <w:pPr>
            <w:pStyle w:val="99CBEBF772AE463C8E7278322F7E56E1"/>
          </w:pPr>
          <w:r w:rsidRPr="003A24B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86E9B4DF22431384901123F921E1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FEF011-0B73-4CD3-94B9-CEA19A1CB344}"/>
      </w:docPartPr>
      <w:docPartBody>
        <w:p w:rsidR="00000000" w:rsidRDefault="005F4535" w:rsidP="005F4535">
          <w:pPr>
            <w:pStyle w:val="6A86E9B4DF22431384901123F921E123"/>
          </w:pPr>
          <w:r w:rsidRPr="003A24B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rutiger LT Std 45 Light"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35"/>
    <w:rsid w:val="005F4535"/>
    <w:rsid w:val="008B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F4535"/>
    <w:rPr>
      <w:color w:val="808080"/>
    </w:rPr>
  </w:style>
  <w:style w:type="paragraph" w:customStyle="1" w:styleId="41B9AE67A7674ED4980F8D0F49148DD9">
    <w:name w:val="41B9AE67A7674ED4980F8D0F49148DD9"/>
    <w:rsid w:val="005F4535"/>
  </w:style>
  <w:style w:type="paragraph" w:customStyle="1" w:styleId="32533A7984E74C86B8DF142087AED336">
    <w:name w:val="32533A7984E74C86B8DF142087AED336"/>
    <w:rsid w:val="005F4535"/>
  </w:style>
  <w:style w:type="paragraph" w:customStyle="1" w:styleId="3BF5556E89E8487AB09B99076B579EE1">
    <w:name w:val="3BF5556E89E8487AB09B99076B579EE1"/>
    <w:rsid w:val="005F4535"/>
  </w:style>
  <w:style w:type="paragraph" w:customStyle="1" w:styleId="FAF455BF57D545CBAD86E2B14FF6BA1A">
    <w:name w:val="FAF455BF57D545CBAD86E2B14FF6BA1A"/>
    <w:rsid w:val="005F4535"/>
  </w:style>
  <w:style w:type="paragraph" w:customStyle="1" w:styleId="3F86ADFBCF144C34A3A29807722844F3">
    <w:name w:val="3F86ADFBCF144C34A3A29807722844F3"/>
    <w:rsid w:val="005F4535"/>
  </w:style>
  <w:style w:type="paragraph" w:customStyle="1" w:styleId="BDA34DB4BFBA46DE90128A96CCBB4247">
    <w:name w:val="BDA34DB4BFBA46DE90128A96CCBB4247"/>
    <w:rsid w:val="005F4535"/>
  </w:style>
  <w:style w:type="paragraph" w:customStyle="1" w:styleId="B94A788AE2364642AC25797F5880FF8A">
    <w:name w:val="B94A788AE2364642AC25797F5880FF8A"/>
    <w:rsid w:val="005F4535"/>
  </w:style>
  <w:style w:type="paragraph" w:customStyle="1" w:styleId="2235DB61422846B1BAEC49D0E0119584">
    <w:name w:val="2235DB61422846B1BAEC49D0E0119584"/>
    <w:rsid w:val="005F4535"/>
  </w:style>
  <w:style w:type="paragraph" w:customStyle="1" w:styleId="15F7EDA71BA4463EA0C6E5A12995B0A5">
    <w:name w:val="15F7EDA71BA4463EA0C6E5A12995B0A5"/>
    <w:rsid w:val="005F4535"/>
  </w:style>
  <w:style w:type="paragraph" w:customStyle="1" w:styleId="A584328B2A2C4429AE3D8A650689BEE9">
    <w:name w:val="A584328B2A2C4429AE3D8A650689BEE9"/>
    <w:rsid w:val="005F4535"/>
  </w:style>
  <w:style w:type="paragraph" w:customStyle="1" w:styleId="5974487E8E6B4ED993F86E765F0B56C6">
    <w:name w:val="5974487E8E6B4ED993F86E765F0B56C6"/>
    <w:rsid w:val="005F4535"/>
  </w:style>
  <w:style w:type="paragraph" w:customStyle="1" w:styleId="1D6C761D98F843558F9D7CA2C2DE0CA5">
    <w:name w:val="1D6C761D98F843558F9D7CA2C2DE0CA5"/>
    <w:rsid w:val="005F4535"/>
  </w:style>
  <w:style w:type="paragraph" w:customStyle="1" w:styleId="99CBEBF772AE463C8E7278322F7E56E1">
    <w:name w:val="99CBEBF772AE463C8E7278322F7E56E1"/>
    <w:rsid w:val="005F4535"/>
  </w:style>
  <w:style w:type="paragraph" w:customStyle="1" w:styleId="6A86E9B4DF22431384901123F921E123">
    <w:name w:val="6A86E9B4DF22431384901123F921E123"/>
    <w:rsid w:val="005F45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SO999929 xmlns="http://www.datev.de/BSOffice/999929">8ac12279-58cc-4ee9-bacb-e9a7067786f8</BSO999929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916001-DF1D-4C9D-BAE9-F028B546D686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Daniela Breder</cp:lastModifiedBy>
  <cp:revision>4</cp:revision>
  <cp:lastPrinted>2025-01-29T10:29:00Z</cp:lastPrinted>
  <dcterms:created xsi:type="dcterms:W3CDTF">2025-01-29T10:17:00Z</dcterms:created>
  <dcterms:modified xsi:type="dcterms:W3CDTF">2025-01-29T10:32:00Z</dcterms:modified>
  <cp:category/>
</cp:coreProperties>
</file>